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Los signos de puntuación</w:t>
      </w:r>
    </w:p>
    <w:p>
      <w:r>
        <w:t>Nombre: ______________________________   Curso: ______   Fecha: ____________</w:t>
      </w:r>
    </w:p>
    <w:p>
      <w:r>
        <w:rPr>
          <w:b/>
          <w:sz w:val="24"/>
        </w:rPr>
        <w:t>1. Coloca las comas que faltan.</w:t>
      </w:r>
    </w:p>
    <w:p>
      <w:r>
        <w:t>Marta compró manzanas peras y plátanos en el mercado.</w:t>
      </w:r>
    </w:p>
    <w:p>
      <w:r>
        <w:t>______________________________________________________________________</w:t>
      </w:r>
    </w:p>
    <w:p>
      <w:r>
        <w:t>En mi mochila llevo libros cuadernos lápices y una goma.</w:t>
      </w:r>
    </w:p>
    <w:p>
      <w:r>
        <w:t>______________________________________________________________________</w:t>
      </w:r>
    </w:p>
    <w:p>
      <w:r>
        <w:t>Cuando llegó a casa guardó la fruta en la nevera.</w:t>
      </w:r>
    </w:p>
    <w:p>
      <w:r>
        <w:t>______________________________________________________________________</w:t>
      </w:r>
    </w:p>
    <w:p>
      <w:r>
        <w:rPr>
          <w:b/>
          <w:sz w:val="24"/>
        </w:rPr>
        <w:t>2. Escribe los signos de interrogación o exclamación que faltan.</w:t>
      </w:r>
    </w:p>
    <w:p>
      <w:r>
        <w:t>Cómo te llamas</w:t>
      </w:r>
    </w:p>
    <w:p>
      <w:r>
        <w:t>______________________________________________________________________</w:t>
      </w:r>
    </w:p>
    <w:p>
      <w:r>
        <w:t>Qué bien lo hemos pasado</w:t>
      </w:r>
    </w:p>
    <w:p>
      <w:r>
        <w:t>______________________________________________________________________</w:t>
      </w:r>
    </w:p>
    <w:p>
      <w:r>
        <w:t>Dónde vives</w:t>
      </w:r>
    </w:p>
    <w:p>
      <w:r>
        <w:t>______________________________________________________________________</w:t>
      </w:r>
    </w:p>
    <w:p>
      <w:r>
        <w:rPr>
          <w:b/>
          <w:sz w:val="24"/>
        </w:rPr>
        <w:t>3. Escribe una frase con una enumeración y otra con una exclamación.</w:t>
      </w:r>
    </w:p>
    <w:p>
      <w:r>
        <w:t>Enumeración:</w:t>
      </w:r>
    </w:p>
    <w:p>
      <w:r>
        <w:t>______________________________________________________________________</w:t>
      </w:r>
    </w:p>
    <w:p>
      <w:r>
        <w:t>Exclamación:</w:t>
      </w:r>
    </w:p>
    <w:p>
      <w:r>
        <w:t>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signos de puntuación</dc:title>
  <dc:subject/>
  <dc:creator>Maestro lunero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